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F9193" w14:textId="3EE1BEB0" w:rsidR="00367E2D" w:rsidRDefault="00612965">
      <w:pPr>
        <w:jc w:val="right"/>
        <w:rPr>
          <w:rFonts w:ascii="ＭＳ 明朝" w:eastAsia="ＭＳ 明朝" w:hAnsi="ＭＳ 明朝"/>
          <w:sz w:val="21"/>
          <w:lang w:eastAsia="ja-JP"/>
        </w:rPr>
      </w:pPr>
      <w:r>
        <w:rPr>
          <w:rFonts w:ascii="ＭＳ 明朝" w:eastAsia="ＭＳ 明朝" w:hAnsi="ＭＳ 明朝" w:hint="eastAsia"/>
          <w:sz w:val="21"/>
          <w:lang w:eastAsia="ja-JP"/>
        </w:rPr>
        <w:t>ご依頼</w:t>
      </w:r>
      <w:r w:rsidR="00AA72ED">
        <w:rPr>
          <w:rFonts w:ascii="ＭＳ 明朝" w:eastAsia="ＭＳ 明朝" w:hAnsi="ＭＳ 明朝"/>
          <w:sz w:val="21"/>
          <w:lang w:eastAsia="ja-JP"/>
        </w:rPr>
        <w:t>日：</w:t>
      </w:r>
      <w:r>
        <w:rPr>
          <w:rFonts w:ascii="ＭＳ 明朝" w:eastAsia="ＭＳ 明朝" w:hAnsi="ＭＳ 明朝" w:hint="eastAsia"/>
          <w:sz w:val="21"/>
          <w:lang w:eastAsia="ja-JP"/>
        </w:rPr>
        <w:t xml:space="preserve">　　　</w:t>
      </w:r>
      <w:r w:rsidR="00AA72ED">
        <w:rPr>
          <w:rFonts w:ascii="ＭＳ 明朝" w:eastAsia="ＭＳ 明朝" w:hAnsi="ＭＳ 明朝"/>
          <w:sz w:val="21"/>
          <w:lang w:eastAsia="ja-JP"/>
        </w:rPr>
        <w:t>年</w:t>
      </w:r>
      <w:r>
        <w:rPr>
          <w:rFonts w:ascii="ＭＳ 明朝" w:eastAsia="ＭＳ 明朝" w:hAnsi="ＭＳ 明朝" w:hint="eastAsia"/>
          <w:sz w:val="21"/>
          <w:lang w:eastAsia="ja-JP"/>
        </w:rPr>
        <w:t xml:space="preserve">　　</w:t>
      </w:r>
      <w:r w:rsidR="00AA72ED">
        <w:rPr>
          <w:rFonts w:ascii="ＭＳ 明朝" w:eastAsia="ＭＳ 明朝" w:hAnsi="ＭＳ 明朝"/>
          <w:sz w:val="21"/>
          <w:lang w:eastAsia="ja-JP"/>
        </w:rPr>
        <w:t>月</w:t>
      </w:r>
      <w:r>
        <w:rPr>
          <w:rFonts w:ascii="ＭＳ 明朝" w:eastAsia="ＭＳ 明朝" w:hAnsi="ＭＳ 明朝" w:hint="eastAsia"/>
          <w:sz w:val="21"/>
          <w:lang w:eastAsia="ja-JP"/>
        </w:rPr>
        <w:t xml:space="preserve">　　</w:t>
      </w:r>
      <w:r w:rsidR="00AA72ED">
        <w:rPr>
          <w:rFonts w:ascii="ＭＳ 明朝" w:eastAsia="ＭＳ 明朝" w:hAnsi="ＭＳ 明朝"/>
          <w:sz w:val="21"/>
          <w:lang w:eastAsia="ja-JP"/>
        </w:rPr>
        <w:t>日</w:t>
      </w:r>
    </w:p>
    <w:p w14:paraId="2CB6A285" w14:textId="77777777" w:rsidR="00612965" w:rsidRPr="00612965" w:rsidRDefault="00612965">
      <w:pPr>
        <w:jc w:val="right"/>
        <w:rPr>
          <w:lang w:eastAsia="ja-JP"/>
        </w:rPr>
      </w:pPr>
    </w:p>
    <w:p w14:paraId="3217D368" w14:textId="0CCABE74" w:rsidR="00A07F0B" w:rsidRPr="001F04AD" w:rsidRDefault="00000000" w:rsidP="004B454C">
      <w:pPr>
        <w:jc w:val="center"/>
        <w:rPr>
          <w:lang w:eastAsia="ja-JP"/>
        </w:rPr>
      </w:pPr>
      <w:r>
        <w:rPr>
          <w:rFonts w:ascii="ＭＳ 明朝" w:eastAsia="ＭＳ 明朝" w:hAnsi="ＭＳ 明朝"/>
          <w:b/>
          <w:sz w:val="32"/>
          <w:lang w:eastAsia="ja-JP"/>
        </w:rPr>
        <w:t>データ提供</w:t>
      </w:r>
      <w:r w:rsidR="00A07F0B">
        <w:rPr>
          <w:rFonts w:ascii="ＭＳ 明朝" w:eastAsia="ＭＳ 明朝" w:hAnsi="ＭＳ 明朝" w:hint="eastAsia"/>
          <w:b/>
          <w:sz w:val="32"/>
          <w:lang w:eastAsia="ja-JP"/>
        </w:rPr>
        <w:t>・利用</w:t>
      </w:r>
      <w:r w:rsidR="001F04AD">
        <w:rPr>
          <w:rFonts w:ascii="ＭＳ 明朝" w:eastAsia="ＭＳ 明朝" w:hAnsi="ＭＳ 明朝" w:hint="eastAsia"/>
          <w:b/>
          <w:sz w:val="32"/>
          <w:lang w:eastAsia="ja-JP"/>
        </w:rPr>
        <w:t>相談</w:t>
      </w:r>
      <w:r w:rsidR="00A07F0B">
        <w:rPr>
          <w:rFonts w:ascii="ＭＳ 明朝" w:eastAsia="ＭＳ 明朝" w:hAnsi="ＭＳ 明朝" w:hint="eastAsia"/>
          <w:b/>
          <w:sz w:val="32"/>
          <w:lang w:eastAsia="ja-JP"/>
        </w:rPr>
        <w:t>シート</w:t>
      </w:r>
    </w:p>
    <w:p w14:paraId="3DA08644" w14:textId="1753AD75" w:rsidR="00367E2D" w:rsidRDefault="00367E2D">
      <w:pPr>
        <w:rPr>
          <w:lang w:eastAsia="ja-JP"/>
        </w:rPr>
      </w:pPr>
    </w:p>
    <w:p w14:paraId="53721B8C" w14:textId="77777777" w:rsidR="00367E2D" w:rsidRDefault="00367E2D">
      <w:pPr>
        <w:rPr>
          <w:lang w:eastAsia="ja-JP"/>
        </w:rPr>
      </w:pPr>
    </w:p>
    <w:p w14:paraId="5B97A964" w14:textId="457E1B05" w:rsidR="00367E2D" w:rsidRDefault="00000000">
      <w:r>
        <w:rPr>
          <w:rFonts w:ascii="ＭＳ 明朝" w:eastAsia="ＭＳ 明朝" w:hAnsi="ＭＳ 明朝"/>
          <w:b/>
          <w:sz w:val="24"/>
        </w:rPr>
        <w:t xml:space="preserve">1. </w:t>
      </w:r>
      <w:r w:rsidR="001F04AD">
        <w:rPr>
          <w:rFonts w:ascii="ＭＳ 明朝" w:eastAsia="ＭＳ 明朝" w:hAnsi="ＭＳ 明朝" w:hint="eastAsia"/>
          <w:b/>
          <w:sz w:val="24"/>
          <w:lang w:eastAsia="ja-JP"/>
        </w:rPr>
        <w:t>ご相談者</w:t>
      </w:r>
      <w:proofErr w:type="spellStart"/>
      <w:r>
        <w:rPr>
          <w:rFonts w:ascii="ＭＳ 明朝" w:eastAsia="ＭＳ 明朝" w:hAnsi="ＭＳ 明朝"/>
          <w:b/>
          <w:sz w:val="24"/>
        </w:rPr>
        <w:t>情報</w:t>
      </w:r>
      <w:proofErr w:type="spellEnd"/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565"/>
        <w:gridCol w:w="6973"/>
      </w:tblGrid>
      <w:tr w:rsidR="00367E2D" w14:paraId="63381581" w14:textId="77777777" w:rsidTr="004B454C">
        <w:trPr>
          <w:trHeight w:val="622"/>
        </w:trPr>
        <w:tc>
          <w:tcPr>
            <w:tcW w:w="2565" w:type="dxa"/>
            <w:vAlign w:val="center"/>
          </w:tcPr>
          <w:p w14:paraId="644A51DE" w14:textId="77777777" w:rsidR="00367E2D" w:rsidRDefault="00000000" w:rsidP="004B454C">
            <w:pPr>
              <w:jc w:val="center"/>
            </w:pPr>
            <w:proofErr w:type="spellStart"/>
            <w:r>
              <w:rPr>
                <w:rFonts w:ascii="ＭＳ 明朝" w:eastAsia="ＭＳ 明朝" w:hAnsi="ＭＳ 明朝"/>
              </w:rPr>
              <w:t>貴社名・組織名</w:t>
            </w:r>
            <w:proofErr w:type="spellEnd"/>
          </w:p>
        </w:tc>
        <w:tc>
          <w:tcPr>
            <w:tcW w:w="6973" w:type="dxa"/>
          </w:tcPr>
          <w:p w14:paraId="1233AB1C" w14:textId="77777777" w:rsidR="00367E2D" w:rsidRDefault="00367E2D"/>
        </w:tc>
      </w:tr>
      <w:tr w:rsidR="00367E2D" w14:paraId="0CCB809E" w14:textId="77777777" w:rsidTr="004B454C">
        <w:trPr>
          <w:trHeight w:val="622"/>
        </w:trPr>
        <w:tc>
          <w:tcPr>
            <w:tcW w:w="2565" w:type="dxa"/>
            <w:vAlign w:val="center"/>
          </w:tcPr>
          <w:p w14:paraId="799DE8E0" w14:textId="77777777" w:rsidR="00367E2D" w:rsidRDefault="00000000" w:rsidP="004B454C">
            <w:pPr>
              <w:jc w:val="center"/>
            </w:pPr>
            <w:proofErr w:type="spellStart"/>
            <w:r>
              <w:rPr>
                <w:rFonts w:ascii="ＭＳ 明朝" w:eastAsia="ＭＳ 明朝" w:hAnsi="ＭＳ 明朝"/>
              </w:rPr>
              <w:t>部署名・役職</w:t>
            </w:r>
            <w:proofErr w:type="spellEnd"/>
          </w:p>
        </w:tc>
        <w:tc>
          <w:tcPr>
            <w:tcW w:w="6973" w:type="dxa"/>
          </w:tcPr>
          <w:p w14:paraId="39FBD29C" w14:textId="77777777" w:rsidR="00367E2D" w:rsidRDefault="00367E2D"/>
        </w:tc>
      </w:tr>
      <w:tr w:rsidR="00367E2D" w14:paraId="4625DFB1" w14:textId="77777777" w:rsidTr="004B454C">
        <w:trPr>
          <w:trHeight w:val="579"/>
        </w:trPr>
        <w:tc>
          <w:tcPr>
            <w:tcW w:w="2565" w:type="dxa"/>
            <w:vAlign w:val="center"/>
          </w:tcPr>
          <w:p w14:paraId="7611EDFC" w14:textId="77777777" w:rsidR="00367E2D" w:rsidRDefault="00000000" w:rsidP="004B454C">
            <w:pPr>
              <w:jc w:val="center"/>
            </w:pPr>
            <w:proofErr w:type="spellStart"/>
            <w:r>
              <w:rPr>
                <w:rFonts w:ascii="ＭＳ 明朝" w:eastAsia="ＭＳ 明朝" w:hAnsi="ＭＳ 明朝"/>
              </w:rPr>
              <w:t>ご担当者名</w:t>
            </w:r>
            <w:proofErr w:type="spellEnd"/>
          </w:p>
        </w:tc>
        <w:tc>
          <w:tcPr>
            <w:tcW w:w="6973" w:type="dxa"/>
          </w:tcPr>
          <w:p w14:paraId="28E3CC6B" w14:textId="77777777" w:rsidR="00367E2D" w:rsidRDefault="00367E2D"/>
        </w:tc>
      </w:tr>
      <w:tr w:rsidR="00367E2D" w14:paraId="0681B137" w14:textId="77777777" w:rsidTr="004B454C">
        <w:trPr>
          <w:trHeight w:val="622"/>
        </w:trPr>
        <w:tc>
          <w:tcPr>
            <w:tcW w:w="2565" w:type="dxa"/>
            <w:vAlign w:val="center"/>
          </w:tcPr>
          <w:p w14:paraId="36035355" w14:textId="77777777" w:rsidR="00367E2D" w:rsidRDefault="00000000" w:rsidP="004B454C">
            <w:pPr>
              <w:jc w:val="center"/>
            </w:pPr>
            <w:proofErr w:type="spellStart"/>
            <w:r>
              <w:rPr>
                <w:rFonts w:ascii="ＭＳ 明朝" w:eastAsia="ＭＳ 明朝" w:hAnsi="ＭＳ 明朝"/>
              </w:rPr>
              <w:t>連絡先（Tel</w:t>
            </w:r>
            <w:proofErr w:type="spellEnd"/>
            <w:r>
              <w:rPr>
                <w:rFonts w:ascii="ＭＳ 明朝" w:eastAsia="ＭＳ 明朝" w:hAnsi="ＭＳ 明朝"/>
              </w:rPr>
              <w:t>/Email）</w:t>
            </w:r>
          </w:p>
        </w:tc>
        <w:tc>
          <w:tcPr>
            <w:tcW w:w="6973" w:type="dxa"/>
          </w:tcPr>
          <w:p w14:paraId="38A0A90A" w14:textId="77777777" w:rsidR="00367E2D" w:rsidRDefault="00367E2D"/>
        </w:tc>
      </w:tr>
    </w:tbl>
    <w:p w14:paraId="38783085" w14:textId="77777777" w:rsidR="00367E2D" w:rsidRDefault="00367E2D"/>
    <w:p w14:paraId="2F9DC203" w14:textId="33380641" w:rsidR="00367E2D" w:rsidRDefault="00AA72ED">
      <w:r>
        <w:rPr>
          <w:rFonts w:ascii="ＭＳ 明朝" w:eastAsia="ＭＳ 明朝" w:hAnsi="ＭＳ 明朝" w:hint="eastAsia"/>
          <w:b/>
          <w:sz w:val="24"/>
          <w:lang w:eastAsia="ja-JP"/>
        </w:rPr>
        <w:t>2</w:t>
      </w:r>
      <w:r w:rsidR="007320F6">
        <w:rPr>
          <w:rFonts w:ascii="ＭＳ 明朝" w:eastAsia="ＭＳ 明朝" w:hAnsi="ＭＳ 明朝"/>
          <w:b/>
          <w:sz w:val="24"/>
        </w:rPr>
        <w:t xml:space="preserve">. </w:t>
      </w:r>
      <w:proofErr w:type="spellStart"/>
      <w:r w:rsidR="007320F6">
        <w:rPr>
          <w:rFonts w:ascii="ＭＳ 明朝" w:eastAsia="ＭＳ 明朝" w:hAnsi="ＭＳ 明朝"/>
          <w:b/>
          <w:sz w:val="24"/>
        </w:rPr>
        <w:t>利用目的・納品条件</w:t>
      </w:r>
      <w:proofErr w:type="spellEnd"/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2555"/>
        <w:gridCol w:w="6944"/>
      </w:tblGrid>
      <w:tr w:rsidR="00367E2D" w14:paraId="72ADFABC" w14:textId="77777777" w:rsidTr="004B454C">
        <w:trPr>
          <w:trHeight w:val="964"/>
        </w:trPr>
        <w:tc>
          <w:tcPr>
            <w:tcW w:w="2555" w:type="dxa"/>
            <w:vAlign w:val="center"/>
          </w:tcPr>
          <w:p w14:paraId="5228C222" w14:textId="11DF6849" w:rsidR="00367E2D" w:rsidRDefault="00000000" w:rsidP="004B454C">
            <w:pPr>
              <w:jc w:val="center"/>
            </w:pPr>
            <w:proofErr w:type="spellStart"/>
            <w:r>
              <w:rPr>
                <w:rFonts w:ascii="ＭＳ 明朝" w:eastAsia="ＭＳ 明朝" w:hAnsi="ＭＳ 明朝"/>
              </w:rPr>
              <w:t>利用目的</w:t>
            </w:r>
            <w:proofErr w:type="spellEnd"/>
          </w:p>
        </w:tc>
        <w:tc>
          <w:tcPr>
            <w:tcW w:w="6944" w:type="dxa"/>
          </w:tcPr>
          <w:p w14:paraId="00AC726A" w14:textId="77777777" w:rsidR="00367E2D" w:rsidRDefault="00367E2D"/>
        </w:tc>
      </w:tr>
      <w:tr w:rsidR="00367E2D" w14:paraId="61D1ABBD" w14:textId="77777777" w:rsidTr="004B454C">
        <w:trPr>
          <w:trHeight w:val="895"/>
        </w:trPr>
        <w:tc>
          <w:tcPr>
            <w:tcW w:w="2555" w:type="dxa"/>
            <w:vAlign w:val="center"/>
          </w:tcPr>
          <w:p w14:paraId="66417EC3" w14:textId="77777777" w:rsidR="00367E2D" w:rsidRDefault="00000000" w:rsidP="004B454C">
            <w:pPr>
              <w:jc w:val="center"/>
            </w:pPr>
            <w:proofErr w:type="spellStart"/>
            <w:r>
              <w:rPr>
                <w:rFonts w:ascii="ＭＳ 明朝" w:eastAsia="ＭＳ 明朝" w:hAnsi="ＭＳ 明朝"/>
              </w:rPr>
              <w:t>希望納期</w:t>
            </w:r>
            <w:proofErr w:type="spellEnd"/>
          </w:p>
        </w:tc>
        <w:tc>
          <w:tcPr>
            <w:tcW w:w="6944" w:type="dxa"/>
          </w:tcPr>
          <w:p w14:paraId="79A8F526" w14:textId="77777777" w:rsidR="00367E2D" w:rsidRDefault="00367E2D"/>
        </w:tc>
      </w:tr>
    </w:tbl>
    <w:p w14:paraId="43B65218" w14:textId="18D6EE4E" w:rsidR="00367E2D" w:rsidRDefault="00F209F3">
      <w:pPr>
        <w:rPr>
          <w:lang w:eastAsia="ja-JP"/>
        </w:rPr>
      </w:pPr>
      <w:r>
        <w:rPr>
          <w:rFonts w:hint="eastAsia"/>
          <w:lang w:eastAsia="ja-JP"/>
        </w:rPr>
        <w:t>ファイルサーバーを利用してご提供いたします。</w:t>
      </w:r>
    </w:p>
    <w:p w14:paraId="25BAC895" w14:textId="40453055" w:rsidR="00080D77" w:rsidRDefault="007320F6">
      <w:pPr>
        <w:rPr>
          <w:lang w:eastAsia="ja-JP"/>
        </w:rPr>
      </w:pPr>
      <w:r>
        <w:rPr>
          <w:rFonts w:ascii="ＭＳ 明朝" w:eastAsia="ＭＳ 明朝" w:hAnsi="ＭＳ 明朝"/>
          <w:sz w:val="20"/>
          <w:lang w:eastAsia="ja-JP"/>
        </w:rPr>
        <w:br/>
      </w:r>
    </w:p>
    <w:p w14:paraId="0B17C05C" w14:textId="77777777" w:rsidR="00080D77" w:rsidRDefault="00080D77">
      <w:pPr>
        <w:rPr>
          <w:lang w:eastAsia="ja-JP"/>
        </w:rPr>
      </w:pPr>
      <w:r>
        <w:rPr>
          <w:lang w:eastAsia="ja-JP"/>
        </w:rPr>
        <w:br w:type="page"/>
      </w:r>
    </w:p>
    <w:p w14:paraId="31E63C2D" w14:textId="77777777" w:rsidR="00481538" w:rsidRDefault="004B454C">
      <w:pPr>
        <w:rPr>
          <w:b/>
          <w:bCs/>
          <w:lang w:eastAsia="ja-JP"/>
        </w:rPr>
      </w:pPr>
      <w:r>
        <w:rPr>
          <w:rFonts w:hint="eastAsia"/>
          <w:b/>
          <w:bCs/>
          <w:lang w:eastAsia="ja-JP"/>
        </w:rPr>
        <w:lastRenderedPageBreak/>
        <w:t>3</w:t>
      </w:r>
      <w:r w:rsidR="00AA72ED" w:rsidRPr="002E37FF">
        <w:rPr>
          <w:rFonts w:hint="eastAsia"/>
          <w:b/>
          <w:bCs/>
          <w:lang w:eastAsia="ja-JP"/>
        </w:rPr>
        <w:t xml:space="preserve">. </w:t>
      </w:r>
      <w:r w:rsidR="001F04AD">
        <w:rPr>
          <w:rFonts w:hint="eastAsia"/>
          <w:b/>
          <w:bCs/>
          <w:lang w:eastAsia="ja-JP"/>
        </w:rPr>
        <w:t>提供を希望する</w:t>
      </w:r>
      <w:r w:rsidR="00AA72ED" w:rsidRPr="002E37FF">
        <w:rPr>
          <w:rFonts w:hint="eastAsia"/>
          <w:b/>
          <w:bCs/>
          <w:lang w:eastAsia="ja-JP"/>
        </w:rPr>
        <w:t>データ</w:t>
      </w:r>
    </w:p>
    <w:p w14:paraId="45DB1D5C" w14:textId="689F6802" w:rsidR="00AA72ED" w:rsidRPr="002E37FF" w:rsidRDefault="001F04AD">
      <w:pPr>
        <w:rPr>
          <w:b/>
          <w:bCs/>
          <w:lang w:eastAsia="ja-JP"/>
        </w:rPr>
      </w:pPr>
      <w:r>
        <w:rPr>
          <w:rFonts w:hint="eastAsia"/>
          <w:b/>
          <w:bCs/>
          <w:lang w:eastAsia="ja-JP"/>
        </w:rPr>
        <w:t>（ご希望される検体数をご記入ください</w:t>
      </w:r>
      <w:r w:rsidR="00481538">
        <w:rPr>
          <w:rFonts w:hint="eastAsia"/>
          <w:b/>
          <w:bCs/>
          <w:lang w:eastAsia="ja-JP"/>
        </w:rPr>
        <w:t>。該当する検体リストを送付いたします。</w:t>
      </w:r>
      <w:r>
        <w:rPr>
          <w:rFonts w:hint="eastAsia"/>
          <w:b/>
          <w:bCs/>
          <w:lang w:eastAsia="ja-JP"/>
        </w:rPr>
        <w:t>）</w:t>
      </w:r>
    </w:p>
    <w:tbl>
      <w:tblPr>
        <w:tblW w:w="10246" w:type="dxa"/>
        <w:tblInd w:w="-44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5"/>
        <w:gridCol w:w="990"/>
        <w:gridCol w:w="1417"/>
        <w:gridCol w:w="1985"/>
        <w:gridCol w:w="1701"/>
        <w:gridCol w:w="1701"/>
        <w:gridCol w:w="1887"/>
      </w:tblGrid>
      <w:tr w:rsidR="007320F6" w:rsidRPr="00080D77" w14:paraId="36217011" w14:textId="77777777" w:rsidTr="00080D77">
        <w:trPr>
          <w:trHeight w:val="297"/>
        </w:trPr>
        <w:tc>
          <w:tcPr>
            <w:tcW w:w="29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09ADD273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FFFFFF"/>
                <w:lang w:eastAsia="ja-JP"/>
              </w:rPr>
              <w:t>対象群/疾患群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002060"/>
            <w:noWrap/>
            <w:vAlign w:val="center"/>
            <w:hideMark/>
          </w:tcPr>
          <w:p w14:paraId="6C6F42D7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FFFFFF"/>
                <w:lang w:eastAsia="ja-JP"/>
              </w:rPr>
              <w:t>人種</w:t>
            </w:r>
          </w:p>
        </w:tc>
        <w:tc>
          <w:tcPr>
            <w:tcW w:w="52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036433BC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FFFFFF"/>
                <w:lang w:eastAsia="ja-JP"/>
              </w:rPr>
              <w:t>商品名（タンパク質アレイ）</w:t>
            </w:r>
          </w:p>
        </w:tc>
      </w:tr>
      <w:tr w:rsidR="007320F6" w:rsidRPr="00080D77" w14:paraId="33DDEAB6" w14:textId="77777777" w:rsidTr="00080D77">
        <w:trPr>
          <w:trHeight w:val="297"/>
        </w:trPr>
        <w:tc>
          <w:tcPr>
            <w:tcW w:w="29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4FB91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3B6C6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002060"/>
            <w:vAlign w:val="center"/>
            <w:hideMark/>
          </w:tcPr>
          <w:p w14:paraId="1347C69D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  <w:proofErr w:type="spellStart"/>
            <w:r w:rsidRPr="00080D77">
              <w:rPr>
                <w:rFonts w:ascii="Meiryo UI" w:eastAsia="Meiryo UI" w:hAnsi="Meiryo UI" w:cs="ＭＳ Ｐゴシック"/>
                <w:color w:val="FFFFFF"/>
                <w:lang w:eastAsia="ja-JP"/>
              </w:rPr>
              <w:t>HuPEX</w:t>
            </w:r>
            <w:proofErr w:type="spellEnd"/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002060"/>
            <w:noWrap/>
            <w:vAlign w:val="center"/>
            <w:hideMark/>
          </w:tcPr>
          <w:p w14:paraId="439B321A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FFFFFF"/>
                <w:lang w:eastAsia="ja-JP"/>
              </w:rPr>
              <w:t>A-Cube</w:t>
            </w:r>
          </w:p>
        </w:tc>
      </w:tr>
      <w:tr w:rsidR="007320F6" w:rsidRPr="00080D77" w14:paraId="0B816350" w14:textId="77777777" w:rsidTr="00080D77">
        <w:trPr>
          <w:trHeight w:val="297"/>
        </w:trPr>
        <w:tc>
          <w:tcPr>
            <w:tcW w:w="29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204BB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C781E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8C5E1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657C9C"/>
            <w:vAlign w:val="center"/>
            <w:hideMark/>
          </w:tcPr>
          <w:p w14:paraId="64EC1E4E" w14:textId="2FD68B45" w:rsidR="007320F6" w:rsidRPr="00FF0F96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FFFFFF"/>
                <w:spacing w:val="-20"/>
                <w:lang w:eastAsia="ja-JP"/>
              </w:rPr>
            </w:pPr>
            <w:r w:rsidRPr="00FF0F96">
              <w:rPr>
                <w:rFonts w:ascii="Meiryo UI" w:eastAsia="Meiryo UI" w:hAnsi="Meiryo UI" w:cs="ＭＳ Ｐゴシック"/>
                <w:color w:val="FFFFFF"/>
                <w:spacing w:val="-20"/>
                <w:lang w:eastAsia="ja-JP"/>
              </w:rPr>
              <w:t>筋炎・強皮症</w:t>
            </w:r>
            <w:r w:rsidR="00A85853" w:rsidRPr="00FF0F96">
              <w:rPr>
                <w:rFonts w:ascii="Meiryo UI" w:eastAsia="Meiryo UI" w:hAnsi="Meiryo UI" w:cs="ＭＳ Ｐゴシック" w:hint="eastAsia"/>
                <w:color w:val="FFFFFF"/>
                <w:spacing w:val="-20"/>
                <w:lang w:eastAsia="ja-JP"/>
              </w:rPr>
              <w:t>セット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657C9C"/>
            <w:vAlign w:val="center"/>
            <w:hideMark/>
          </w:tcPr>
          <w:p w14:paraId="515380CF" w14:textId="5DA2DD02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FFFFFF"/>
                <w:lang w:eastAsia="ja-JP"/>
              </w:rPr>
              <w:t>シェーグレン</w:t>
            </w:r>
            <w:r w:rsidR="00A85853">
              <w:rPr>
                <w:rFonts w:ascii="Meiryo UI" w:eastAsia="Meiryo UI" w:hAnsi="Meiryo UI" w:cs="ＭＳ Ｐゴシック" w:hint="eastAsia"/>
                <w:color w:val="FFFFFF"/>
                <w:lang w:eastAsia="ja-JP"/>
              </w:rPr>
              <w:t>病セット</w:t>
            </w:r>
          </w:p>
        </w:tc>
      </w:tr>
      <w:tr w:rsidR="007320F6" w:rsidRPr="00080D77" w14:paraId="108DAA01" w14:textId="77777777" w:rsidTr="00080D77">
        <w:trPr>
          <w:trHeight w:val="732"/>
        </w:trPr>
        <w:tc>
          <w:tcPr>
            <w:tcW w:w="29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EEF1"/>
            <w:vAlign w:val="center"/>
            <w:hideMark/>
          </w:tcPr>
          <w:p w14:paraId="7DCBACEE" w14:textId="45D772A4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健康成人</w:t>
            </w: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br/>
              <w:t>（Healthy donor）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6217F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Asian（日本人）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59FA2" w14:textId="69322173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16D96F" w14:textId="22A358A4" w:rsidR="007320F6" w:rsidRPr="00080D77" w:rsidRDefault="007320F6" w:rsidP="00370DEE">
            <w:pPr>
              <w:spacing w:after="0" w:line="240" w:lineRule="auto"/>
              <w:jc w:val="right"/>
              <w:rPr>
                <w:rFonts w:ascii="Meiryo UI" w:eastAsia="Meiryo UI" w:hAnsi="Meiryo UI" w:cs="ＭＳ Ｐゴシック" w:hint="eastAsia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</w:t>
            </w:r>
            <w:r w:rsidR="008F49AC">
              <w:rPr>
                <w:rFonts w:ascii="Meiryo UI" w:eastAsia="Meiryo UI" w:hAnsi="Meiryo UI" w:cs="ＭＳ Ｐゴシック" w:hint="eastAsia"/>
                <w:color w:val="000000"/>
                <w:lang w:eastAsia="ja-JP"/>
              </w:rPr>
              <w:t>10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r2bl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AA03E95" w14:textId="66908DB1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</w:tr>
      <w:tr w:rsidR="007320F6" w:rsidRPr="00080D77" w14:paraId="46401A0B" w14:textId="77777777" w:rsidTr="00080D77">
        <w:trPr>
          <w:trHeight w:val="732"/>
        </w:trPr>
        <w:tc>
          <w:tcPr>
            <w:tcW w:w="29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B3F8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7EF22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Caucasian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D2016" w14:textId="5A643BD4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34700" w14:textId="77777777" w:rsidR="007320F6" w:rsidRPr="00080D77" w:rsidRDefault="007320F6" w:rsidP="00370DEE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/20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r2bl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4F781ED" w14:textId="3CF6E3DE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</w:tr>
      <w:tr w:rsidR="007320F6" w:rsidRPr="00080D77" w14:paraId="1AED1BA3" w14:textId="77777777" w:rsidTr="00080D77">
        <w:trPr>
          <w:trHeight w:val="732"/>
        </w:trPr>
        <w:tc>
          <w:tcPr>
            <w:tcW w:w="29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F3A3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66D4F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Hispanic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9A9B9" w14:textId="28E46B17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CAFC4" w14:textId="77777777" w:rsidR="007320F6" w:rsidRPr="00080D77" w:rsidRDefault="007320F6" w:rsidP="00370DEE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/20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r2bl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2CFDA0E" w14:textId="449C585E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</w:tr>
      <w:tr w:rsidR="007320F6" w:rsidRPr="00080D77" w14:paraId="30BCA68C" w14:textId="77777777" w:rsidTr="00080D77">
        <w:trPr>
          <w:trHeight w:val="732"/>
        </w:trPr>
        <w:tc>
          <w:tcPr>
            <w:tcW w:w="297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F9CF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13983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Africa American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27D6F" w14:textId="0EF1A4AB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10203C" w14:textId="77777777" w:rsidR="007320F6" w:rsidRPr="00080D77" w:rsidRDefault="007320F6" w:rsidP="00370DEE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/20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r2bl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DB19562" w14:textId="0B0E749D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</w:tr>
      <w:tr w:rsidR="007320F6" w:rsidRPr="00080D77" w14:paraId="6C4F442F" w14:textId="77777777" w:rsidTr="00080D77">
        <w:trPr>
          <w:trHeight w:val="732"/>
        </w:trPr>
        <w:tc>
          <w:tcPr>
            <w:tcW w:w="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57C9C"/>
            <w:vAlign w:val="center"/>
            <w:hideMark/>
          </w:tcPr>
          <w:p w14:paraId="504E0972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FFFFFF"/>
                <w:lang w:eastAsia="ja-JP"/>
              </w:rPr>
              <w:t>疾患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D4A48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膠原病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78D43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シェーグレン病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32CC4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Caucasian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97540" w14:textId="1BBC9624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BA001" w14:textId="77777777" w:rsidR="007320F6" w:rsidRPr="00080D77" w:rsidRDefault="007320F6" w:rsidP="00370DEE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/2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861DD" w14:textId="1ED2A762" w:rsidR="007320F6" w:rsidRPr="00080D77" w:rsidRDefault="007320F6" w:rsidP="00370DEE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/54</w:t>
            </w:r>
          </w:p>
        </w:tc>
      </w:tr>
      <w:tr w:rsidR="007320F6" w:rsidRPr="00080D77" w14:paraId="433B3CFE" w14:textId="77777777" w:rsidTr="00080D77">
        <w:trPr>
          <w:trHeight w:val="732"/>
        </w:trPr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A44E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70719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81DDA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E10E2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Hispanic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4EEC9" w14:textId="0874B409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r2bl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589717C" w14:textId="2FB698BE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97DC8" w14:textId="55E0ACE3" w:rsidR="007320F6" w:rsidRPr="00080D77" w:rsidRDefault="007320F6" w:rsidP="00370DEE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/4</w:t>
            </w:r>
          </w:p>
        </w:tc>
      </w:tr>
      <w:tr w:rsidR="007320F6" w:rsidRPr="00080D77" w14:paraId="39C7A13C" w14:textId="77777777" w:rsidTr="00080D77">
        <w:trPr>
          <w:trHeight w:val="732"/>
        </w:trPr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FC639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44C67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E123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0CDC2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Africa American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D0AE4" w14:textId="60BEF635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6FEE8" w14:textId="6DA16589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/2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131FD" w14:textId="100EB8AB" w:rsidR="007320F6" w:rsidRPr="00080D77" w:rsidRDefault="007320F6" w:rsidP="00370DEE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/18</w:t>
            </w:r>
          </w:p>
        </w:tc>
      </w:tr>
      <w:tr w:rsidR="007320F6" w:rsidRPr="00080D77" w14:paraId="3BA5BB04" w14:textId="77777777" w:rsidTr="00080D77">
        <w:trPr>
          <w:trHeight w:val="732"/>
        </w:trPr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4AF9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5F393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がん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DFBF6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乳がん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7D0A1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Caucasian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14CF9" w14:textId="0D61FC64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/1</w:t>
            </w:r>
            <w:r w:rsidR="009F3476">
              <w:rPr>
                <w:rFonts w:ascii="Meiryo UI" w:eastAsia="Meiryo UI" w:hAnsi="Meiryo UI" w:cs="ＭＳ Ｐゴシック" w:hint="eastAsia"/>
                <w:color w:val="000000"/>
                <w:lang w:eastAsia="ja-JP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r2bl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E72E83D" w14:textId="019A56A7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r2bl w:val="single" w:sz="4" w:space="0" w:color="auto"/>
            </w:tcBorders>
            <w:shd w:val="clear" w:color="000000" w:fill="BFBFBF"/>
            <w:vAlign w:val="center"/>
            <w:hideMark/>
          </w:tcPr>
          <w:p w14:paraId="294448B3" w14:textId="1FCF260E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</w:tr>
      <w:tr w:rsidR="007320F6" w:rsidRPr="00080D77" w14:paraId="3BDC8400" w14:textId="77777777" w:rsidTr="00080D77">
        <w:trPr>
          <w:trHeight w:val="732"/>
        </w:trPr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66F0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DE0E7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9BDFB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子宮体がん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A2BA2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Caucasian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DFC74" w14:textId="7757B619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r2bl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CAACECD" w14:textId="2023344E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r2bl w:val="single" w:sz="4" w:space="0" w:color="auto"/>
            </w:tcBorders>
            <w:shd w:val="clear" w:color="000000" w:fill="BFBFBF"/>
            <w:vAlign w:val="center"/>
            <w:hideMark/>
          </w:tcPr>
          <w:p w14:paraId="5FCC4E16" w14:textId="68F3A7D2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</w:tr>
      <w:tr w:rsidR="007320F6" w:rsidRPr="00080D77" w14:paraId="35CA5380" w14:textId="77777777" w:rsidTr="00080D77">
        <w:trPr>
          <w:trHeight w:val="732"/>
        </w:trPr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BDF5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FFFFFF"/>
                <w:lang w:eastAsia="ja-JP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41E32" w14:textId="77777777" w:rsidR="007320F6" w:rsidRPr="00080D77" w:rsidRDefault="007320F6" w:rsidP="007320F6">
            <w:pPr>
              <w:spacing w:after="0" w:line="240" w:lineRule="auto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34DD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大腸がん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3CDD0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Caucasian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700E2" w14:textId="6D34DF3F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/1</w:t>
            </w:r>
            <w:r w:rsidR="009F3476">
              <w:rPr>
                <w:rFonts w:ascii="Meiryo UI" w:eastAsia="Meiryo UI" w:hAnsi="Meiryo UI" w:cs="ＭＳ Ｐゴシック" w:hint="eastAsia"/>
                <w:color w:val="000000"/>
                <w:lang w:eastAsia="ja-JP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r2bl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A69B17F" w14:textId="76546E95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  <w:tr2bl w:val="single" w:sz="4" w:space="0" w:color="auto"/>
            </w:tcBorders>
            <w:shd w:val="clear" w:color="000000" w:fill="BFBFBF"/>
            <w:vAlign w:val="center"/>
            <w:hideMark/>
          </w:tcPr>
          <w:p w14:paraId="53CB3558" w14:textId="667A2117" w:rsidR="007320F6" w:rsidRPr="00080D77" w:rsidRDefault="007320F6" w:rsidP="00A11F71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</w:p>
        </w:tc>
      </w:tr>
      <w:tr w:rsidR="007320F6" w:rsidRPr="00080D77" w14:paraId="6E9B8BC9" w14:textId="77777777" w:rsidTr="00080D77">
        <w:trPr>
          <w:trHeight w:val="297"/>
        </w:trPr>
        <w:tc>
          <w:tcPr>
            <w:tcW w:w="4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229DF" w14:textId="77777777" w:rsidR="007320F6" w:rsidRPr="00080D77" w:rsidRDefault="007320F6" w:rsidP="007320F6">
            <w:pPr>
              <w:spacing w:after="0" w:line="240" w:lineRule="auto"/>
              <w:jc w:val="center"/>
              <w:rPr>
                <w:rFonts w:ascii="Meiryo UI" w:eastAsia="Meiryo UI" w:hAnsi="Meiryo UI" w:cs="ＭＳ Ｐゴシック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lang w:eastAsia="ja-JP"/>
              </w:rPr>
              <w:t>合計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3D17B8" w14:textId="77777777" w:rsidR="007320F6" w:rsidRPr="00080D77" w:rsidRDefault="007320F6" w:rsidP="007320F6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C3C12A" w14:textId="77777777" w:rsidR="007320F6" w:rsidRPr="00080D77" w:rsidRDefault="007320F6" w:rsidP="007320F6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 xml:space="preserve">0 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D64180" w14:textId="77777777" w:rsidR="007320F6" w:rsidRPr="00080D77" w:rsidRDefault="007320F6" w:rsidP="007320F6">
            <w:pPr>
              <w:spacing w:after="0" w:line="240" w:lineRule="auto"/>
              <w:jc w:val="right"/>
              <w:rPr>
                <w:rFonts w:ascii="Meiryo UI" w:eastAsia="Meiryo UI" w:hAnsi="Meiryo UI" w:cs="ＭＳ Ｐゴシック"/>
                <w:color w:val="000000"/>
                <w:lang w:eastAsia="ja-JP"/>
              </w:rPr>
            </w:pPr>
            <w:r w:rsidRPr="00080D77">
              <w:rPr>
                <w:rFonts w:ascii="Meiryo UI" w:eastAsia="Meiryo UI" w:hAnsi="Meiryo UI" w:cs="ＭＳ Ｐゴシック"/>
                <w:color w:val="000000"/>
                <w:lang w:eastAsia="ja-JP"/>
              </w:rPr>
              <w:t>0</w:t>
            </w:r>
          </w:p>
        </w:tc>
      </w:tr>
    </w:tbl>
    <w:p w14:paraId="5267BAC0" w14:textId="52B5DBB6" w:rsidR="00367E2D" w:rsidRDefault="00367E2D">
      <w:pPr>
        <w:rPr>
          <w:lang w:eastAsia="ja-JP"/>
        </w:rPr>
      </w:pPr>
    </w:p>
    <w:p w14:paraId="36925993" w14:textId="5D422750" w:rsidR="00080D77" w:rsidRPr="002E37FF" w:rsidRDefault="004B454C">
      <w:pPr>
        <w:rPr>
          <w:b/>
          <w:bCs/>
          <w:lang w:eastAsia="ja-JP"/>
        </w:rPr>
      </w:pPr>
      <w:r>
        <w:rPr>
          <w:rFonts w:hint="eastAsia"/>
          <w:b/>
          <w:bCs/>
          <w:lang w:eastAsia="ja-JP"/>
        </w:rPr>
        <w:t>4</w:t>
      </w:r>
      <w:r w:rsidR="00AA72ED" w:rsidRPr="002E37FF">
        <w:rPr>
          <w:rFonts w:hint="eastAsia"/>
          <w:b/>
          <w:bCs/>
          <w:lang w:eastAsia="ja-JP"/>
        </w:rPr>
        <w:t xml:space="preserve">. </w:t>
      </w:r>
      <w:r w:rsidR="00AA72ED" w:rsidRPr="002E37FF">
        <w:rPr>
          <w:rFonts w:hint="eastAsia"/>
          <w:b/>
          <w:bCs/>
          <w:lang w:eastAsia="ja-JP"/>
        </w:rPr>
        <w:t>備考欄</w:t>
      </w:r>
      <w:r w:rsidR="001F04AD">
        <w:rPr>
          <w:rFonts w:hint="eastAsia"/>
          <w:b/>
          <w:bCs/>
          <w:lang w:eastAsia="ja-JP"/>
        </w:rPr>
        <w:t>（提供希望データの詳細など）</w:t>
      </w:r>
    </w:p>
    <w:tbl>
      <w:tblPr>
        <w:tblStyle w:val="afe"/>
        <w:tblW w:w="9782" w:type="dxa"/>
        <w:tblLook w:val="04A0" w:firstRow="1" w:lastRow="0" w:firstColumn="1" w:lastColumn="0" w:noHBand="0" w:noVBand="1"/>
      </w:tblPr>
      <w:tblGrid>
        <w:gridCol w:w="9782"/>
      </w:tblGrid>
      <w:tr w:rsidR="00080D77" w14:paraId="1CD0DC06" w14:textId="77777777" w:rsidTr="00375C31">
        <w:trPr>
          <w:trHeight w:val="1538"/>
        </w:trPr>
        <w:tc>
          <w:tcPr>
            <w:tcW w:w="9782" w:type="dxa"/>
          </w:tcPr>
          <w:p w14:paraId="67A41545" w14:textId="0B0A0AC4" w:rsidR="00080D77" w:rsidRPr="004B454C" w:rsidRDefault="00080D77">
            <w:pPr>
              <w:rPr>
                <w:lang w:eastAsia="ja-JP"/>
              </w:rPr>
            </w:pPr>
          </w:p>
        </w:tc>
      </w:tr>
    </w:tbl>
    <w:p w14:paraId="7CD3A467" w14:textId="4C950280" w:rsidR="001F04AD" w:rsidRPr="004B454C" w:rsidRDefault="001F04AD" w:rsidP="004B454C">
      <w:pPr>
        <w:pStyle w:val="ae"/>
        <w:numPr>
          <w:ilvl w:val="0"/>
          <w:numId w:val="10"/>
        </w:numPr>
        <w:rPr>
          <w:rFonts w:ascii="ＭＳ 明朝" w:eastAsia="ＭＳ 明朝" w:hAnsi="ＭＳ 明朝"/>
          <w:lang w:eastAsia="ja-JP"/>
        </w:rPr>
      </w:pPr>
      <w:r w:rsidRPr="004B454C">
        <w:rPr>
          <w:rFonts w:ascii="ＭＳ 明朝" w:eastAsia="ＭＳ 明朝" w:hAnsi="ＭＳ 明朝" w:hint="eastAsia"/>
          <w:lang w:eastAsia="ja-JP"/>
        </w:rPr>
        <w:t>上記の「</w:t>
      </w:r>
      <w:r w:rsidR="004B454C">
        <w:rPr>
          <w:rFonts w:ascii="ＭＳ 明朝" w:eastAsia="ＭＳ 明朝" w:hAnsi="ＭＳ 明朝" w:hint="eastAsia"/>
          <w:lang w:eastAsia="ja-JP"/>
        </w:rPr>
        <w:t>3</w:t>
      </w:r>
      <w:r w:rsidRPr="004B454C">
        <w:rPr>
          <w:rFonts w:ascii="ＭＳ 明朝" w:eastAsia="ＭＳ 明朝" w:hAnsi="ＭＳ 明朝" w:hint="eastAsia"/>
          <w:lang w:eastAsia="ja-JP"/>
        </w:rPr>
        <w:t>．提供をご希望するデータ」に基づき、お見積りを送付いたします。</w:t>
      </w:r>
    </w:p>
    <w:p w14:paraId="35163527" w14:textId="4451AF9C" w:rsidR="001F04AD" w:rsidRPr="00080D77" w:rsidRDefault="001F04AD" w:rsidP="004B454C">
      <w:pPr>
        <w:pStyle w:val="ae"/>
        <w:numPr>
          <w:ilvl w:val="0"/>
          <w:numId w:val="10"/>
        </w:numPr>
        <w:rPr>
          <w:lang w:eastAsia="ja-JP"/>
        </w:rPr>
      </w:pPr>
      <w:r w:rsidRPr="001F04AD">
        <w:rPr>
          <w:rFonts w:ascii="ＭＳ 明朝" w:eastAsia="ＭＳ 明朝" w:hAnsi="ＭＳ 明朝" w:hint="eastAsia"/>
          <w:lang w:eastAsia="ja-JP"/>
        </w:rPr>
        <w:t>正式発注</w:t>
      </w:r>
      <w:r w:rsidRPr="001F04AD">
        <w:rPr>
          <w:rFonts w:ascii="ＭＳ 明朝" w:eastAsia="ＭＳ 明朝" w:hAnsi="ＭＳ 明朝"/>
          <w:lang w:eastAsia="ja-JP"/>
        </w:rPr>
        <w:t>にあたり</w:t>
      </w:r>
      <w:r w:rsidRPr="001F04AD">
        <w:rPr>
          <w:rFonts w:ascii="ＭＳ 明朝" w:eastAsia="ＭＳ 明朝" w:hAnsi="ＭＳ 明朝" w:hint="eastAsia"/>
          <w:lang w:eastAsia="ja-JP"/>
        </w:rPr>
        <w:t>ましては</w:t>
      </w:r>
      <w:r w:rsidRPr="001F04AD">
        <w:rPr>
          <w:rFonts w:ascii="ＭＳ 明朝" w:eastAsia="ＭＳ 明朝" w:hAnsi="ＭＳ 明朝"/>
          <w:lang w:eastAsia="ja-JP"/>
        </w:rPr>
        <w:t>、</w:t>
      </w:r>
      <w:r w:rsidRPr="001F04AD">
        <w:rPr>
          <w:rFonts w:ascii="ＭＳ 明朝" w:eastAsia="ＭＳ 明朝" w:hAnsi="ＭＳ 明朝" w:hint="eastAsia"/>
          <w:lang w:eastAsia="ja-JP"/>
        </w:rPr>
        <w:t>「</w:t>
      </w:r>
      <w:r w:rsidRPr="004B454C">
        <w:rPr>
          <w:rFonts w:asciiTheme="minorEastAsia" w:hAnsiTheme="minorEastAsia" w:hint="eastAsia"/>
          <w:sz w:val="20"/>
          <w:lang w:eastAsia="ja-JP"/>
        </w:rPr>
        <w:t>データ提供・利用許諾契約書」の締結が必要となります。</w:t>
      </w:r>
    </w:p>
    <w:sectPr w:rsidR="001F04AD" w:rsidRPr="00080D77" w:rsidSect="004B454C">
      <w:footerReference w:type="default" r:id="rId8"/>
      <w:pgSz w:w="12240" w:h="15840"/>
      <w:pgMar w:top="1021" w:right="1077" w:bottom="1021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FB4C0" w14:textId="77777777" w:rsidR="005A4937" w:rsidRDefault="005A4937" w:rsidP="002E37FF">
      <w:pPr>
        <w:spacing w:after="0" w:line="240" w:lineRule="auto"/>
      </w:pPr>
      <w:r>
        <w:separator/>
      </w:r>
    </w:p>
  </w:endnote>
  <w:endnote w:type="continuationSeparator" w:id="0">
    <w:p w14:paraId="23572916" w14:textId="77777777" w:rsidR="005A4937" w:rsidRDefault="005A4937" w:rsidP="002E3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3E6D9" w14:textId="66141AA0" w:rsidR="002E37FF" w:rsidRDefault="002E37FF" w:rsidP="002E37FF">
    <w:pPr>
      <w:pStyle w:val="a7"/>
      <w:jc w:val="right"/>
    </w:pPr>
    <w:r>
      <w:rPr>
        <w:noProof/>
      </w:rPr>
      <w:drawing>
        <wp:inline distT="0" distB="0" distL="0" distR="0" wp14:anchorId="2C4E5E3E" wp14:editId="0BA332AE">
          <wp:extent cx="2389431" cy="549000"/>
          <wp:effectExtent l="0" t="0" r="0" b="3810"/>
          <wp:docPr id="1040019725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019725" name="図 104001972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9431" cy="549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F1ED8" w14:textId="77777777" w:rsidR="005A4937" w:rsidRDefault="005A4937" w:rsidP="002E37FF">
      <w:pPr>
        <w:spacing w:after="0" w:line="240" w:lineRule="auto"/>
      </w:pPr>
      <w:r>
        <w:separator/>
      </w:r>
    </w:p>
  </w:footnote>
  <w:footnote w:type="continuationSeparator" w:id="0">
    <w:p w14:paraId="0FDC2AC6" w14:textId="77777777" w:rsidR="005A4937" w:rsidRDefault="005A4937" w:rsidP="002E3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723CEE"/>
    <w:multiLevelType w:val="hybridMultilevel"/>
    <w:tmpl w:val="6B3680D8"/>
    <w:lvl w:ilvl="0" w:tplc="0409000D">
      <w:start w:val="1"/>
      <w:numFmt w:val="bullet"/>
      <w:lvlText w:val="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32816031">
    <w:abstractNumId w:val="8"/>
  </w:num>
  <w:num w:numId="2" w16cid:durableId="928732589">
    <w:abstractNumId w:val="6"/>
  </w:num>
  <w:num w:numId="3" w16cid:durableId="1589845892">
    <w:abstractNumId w:val="5"/>
  </w:num>
  <w:num w:numId="4" w16cid:durableId="2100325788">
    <w:abstractNumId w:val="4"/>
  </w:num>
  <w:num w:numId="5" w16cid:durableId="1934164815">
    <w:abstractNumId w:val="7"/>
  </w:num>
  <w:num w:numId="6" w16cid:durableId="2094013078">
    <w:abstractNumId w:val="3"/>
  </w:num>
  <w:num w:numId="7" w16cid:durableId="1344015776">
    <w:abstractNumId w:val="2"/>
  </w:num>
  <w:num w:numId="8" w16cid:durableId="1559318857">
    <w:abstractNumId w:val="1"/>
  </w:num>
  <w:num w:numId="9" w16cid:durableId="1452632425">
    <w:abstractNumId w:val="0"/>
  </w:num>
  <w:num w:numId="10" w16cid:durableId="9163282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0D77"/>
    <w:rsid w:val="0015074B"/>
    <w:rsid w:val="001F04AD"/>
    <w:rsid w:val="002102D0"/>
    <w:rsid w:val="002467E2"/>
    <w:rsid w:val="0029639D"/>
    <w:rsid w:val="002E37FF"/>
    <w:rsid w:val="00326F90"/>
    <w:rsid w:val="00367E2D"/>
    <w:rsid w:val="00370DEE"/>
    <w:rsid w:val="00375C31"/>
    <w:rsid w:val="003925F1"/>
    <w:rsid w:val="00402238"/>
    <w:rsid w:val="00435DA4"/>
    <w:rsid w:val="00473B33"/>
    <w:rsid w:val="00481538"/>
    <w:rsid w:val="004B454C"/>
    <w:rsid w:val="00526241"/>
    <w:rsid w:val="005826B1"/>
    <w:rsid w:val="005A4937"/>
    <w:rsid w:val="005E5401"/>
    <w:rsid w:val="00612965"/>
    <w:rsid w:val="00643FB2"/>
    <w:rsid w:val="006F2355"/>
    <w:rsid w:val="006F573C"/>
    <w:rsid w:val="007213B4"/>
    <w:rsid w:val="007320F6"/>
    <w:rsid w:val="00843A6D"/>
    <w:rsid w:val="008550DF"/>
    <w:rsid w:val="008F49AC"/>
    <w:rsid w:val="00955118"/>
    <w:rsid w:val="009F3476"/>
    <w:rsid w:val="00A07F0B"/>
    <w:rsid w:val="00A11F71"/>
    <w:rsid w:val="00A632E9"/>
    <w:rsid w:val="00A7571A"/>
    <w:rsid w:val="00A85853"/>
    <w:rsid w:val="00AA1D8D"/>
    <w:rsid w:val="00AA72ED"/>
    <w:rsid w:val="00B47730"/>
    <w:rsid w:val="00CB0664"/>
    <w:rsid w:val="00CE770E"/>
    <w:rsid w:val="00E15720"/>
    <w:rsid w:val="00E3500D"/>
    <w:rsid w:val="00EA56EF"/>
    <w:rsid w:val="00EC23C2"/>
    <w:rsid w:val="00F209F3"/>
    <w:rsid w:val="00FA0295"/>
    <w:rsid w:val="00FC693F"/>
    <w:rsid w:val="00FE20F1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9D5535"/>
  <w14:defaultImageDpi w14:val="300"/>
  <w15:docId w15:val="{CA8EE237-6796-48D9-A301-6E6030257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EC23C2"/>
    <w:pPr>
      <w:spacing w:after="0" w:line="240" w:lineRule="auto"/>
    </w:pPr>
  </w:style>
  <w:style w:type="character" w:styleId="aff0">
    <w:name w:val="annotation reference"/>
    <w:basedOn w:val="a2"/>
    <w:uiPriority w:val="99"/>
    <w:semiHidden/>
    <w:unhideWhenUsed/>
    <w:rsid w:val="00EC23C2"/>
    <w:rPr>
      <w:sz w:val="18"/>
      <w:szCs w:val="18"/>
    </w:rPr>
  </w:style>
  <w:style w:type="paragraph" w:styleId="aff1">
    <w:name w:val="annotation text"/>
    <w:basedOn w:val="a1"/>
    <w:link w:val="aff2"/>
    <w:uiPriority w:val="99"/>
    <w:unhideWhenUsed/>
    <w:rsid w:val="00EC23C2"/>
  </w:style>
  <w:style w:type="character" w:customStyle="1" w:styleId="aff2">
    <w:name w:val="コメント文字列 (文字)"/>
    <w:basedOn w:val="a2"/>
    <w:link w:val="aff1"/>
    <w:uiPriority w:val="99"/>
    <w:rsid w:val="00EC23C2"/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EC23C2"/>
    <w:rPr>
      <w:b/>
      <w:bCs/>
    </w:rPr>
  </w:style>
  <w:style w:type="character" w:customStyle="1" w:styleId="aff4">
    <w:name w:val="コメント内容 (文字)"/>
    <w:basedOn w:val="aff2"/>
    <w:link w:val="aff3"/>
    <w:uiPriority w:val="99"/>
    <w:semiHidden/>
    <w:rsid w:val="00EC23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2</Pages>
  <Words>96</Words>
  <Characters>549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Chihiro Ono</cp:lastModifiedBy>
  <cp:revision>11</cp:revision>
  <dcterms:created xsi:type="dcterms:W3CDTF">2026-07-21T13:51:00Z</dcterms:created>
  <dcterms:modified xsi:type="dcterms:W3CDTF">2026-09-08T06:26:00Z</dcterms:modified>
  <cp:category/>
</cp:coreProperties>
</file>